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37" w:type="dxa"/>
        <w:tblBorders>
          <w:bottom w:val="single" w:sz="6" w:space="0" w:color="342664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501"/>
      </w:tblGrid>
      <w:tr w:rsidR="00504843" w14:paraId="43A49AFB" w14:textId="77777777" w:rsidTr="00295E20">
        <w:trPr>
          <w:trHeight w:val="1134"/>
        </w:trPr>
        <w:tc>
          <w:tcPr>
            <w:tcW w:w="4536" w:type="dxa"/>
            <w:tcMar>
              <w:top w:w="0" w:type="dxa"/>
              <w:left w:w="0" w:type="dxa"/>
              <w:bottom w:w="35" w:type="dxa"/>
              <w:right w:w="0" w:type="dxa"/>
            </w:tcMar>
            <w:vAlign w:val="center"/>
          </w:tcPr>
          <w:p w14:paraId="2C076D72" w14:textId="77777777" w:rsidR="00504843" w:rsidRDefault="00DD49EB">
            <w:pPr>
              <w:spacing w:after="0"/>
            </w:pPr>
            <w:r>
              <w:rPr>
                <w:noProof/>
              </w:rPr>
              <w:drawing>
                <wp:inline distT="0" distB="0" distL="0" distR="0" wp14:anchorId="6692BCFD" wp14:editId="266928C5">
                  <wp:extent cx="2057400" cy="410675"/>
                  <wp:effectExtent l="0" t="0" r="0" b="0"/>
                  <wp:docPr id="1" name="Picture 1" descr="University of Cambridge logo" title="University of Cambridge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41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1" w:type="dxa"/>
            <w:tcMar>
              <w:top w:w="0" w:type="dxa"/>
              <w:left w:w="0" w:type="dxa"/>
              <w:bottom w:w="35" w:type="dxa"/>
              <w:right w:w="0" w:type="dxa"/>
            </w:tcMar>
            <w:vAlign w:val="center"/>
          </w:tcPr>
          <w:p w14:paraId="33FE7393" w14:textId="77777777" w:rsidR="00504843" w:rsidRDefault="00DD49EB">
            <w:pPr>
              <w:spacing w:after="0"/>
              <w:jc w:val="right"/>
            </w:pPr>
            <w:r>
              <w:rPr>
                <w:noProof/>
              </w:rPr>
              <w:drawing>
                <wp:inline distT="0" distB="0" distL="0" distR="0" wp14:anchorId="2B4DE5C2" wp14:editId="6674154C">
                  <wp:extent cx="2423160" cy="519248"/>
                  <wp:effectExtent l="0" t="0" r="0" b="0"/>
                  <wp:docPr id="2" name="Picture 2" descr="Loke Centre for Trophoblast Research logo" title="Loke Centre for Trophoblast Research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51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DA5B17" w14:textId="77777777" w:rsidR="00504843" w:rsidRPr="0020077C" w:rsidRDefault="00DD49EB">
      <w:pPr>
        <w:pStyle w:val="Title"/>
        <w:spacing w:before="60"/>
        <w:rPr>
          <w:rFonts w:ascii="Feijoa Bold-Cambridge" w:hAnsi="Feijoa Bold-Cambridge"/>
          <w:b w:val="0"/>
          <w:bCs/>
        </w:rPr>
      </w:pPr>
      <w:r w:rsidRPr="0020077C">
        <w:rPr>
          <w:rFonts w:ascii="Feijoa Bold-Cambridge" w:hAnsi="Feijoa Bold-Cambridge"/>
          <w:b w:val="0"/>
          <w:bCs/>
        </w:rPr>
        <w:t>Loke Centre for Trophoblast Research</w:t>
      </w:r>
    </w:p>
    <w:p w14:paraId="7FE534E7" w14:textId="77777777" w:rsidR="00504843" w:rsidRDefault="00DD49EB">
      <w:pPr>
        <w:spacing w:after="200"/>
      </w:pPr>
      <w:r>
        <w:rPr>
          <w:b/>
          <w:color w:val="5F6368"/>
          <w:sz w:val="22"/>
        </w:rPr>
        <w:t>English Language Requirement</w:t>
      </w:r>
    </w:p>
    <w:p w14:paraId="172B80ED" w14:textId="77777777" w:rsidR="00504843" w:rsidRDefault="00DD49EB">
      <w:pPr>
        <w:spacing w:after="180"/>
      </w:pPr>
      <w:r>
        <w:t xml:space="preserve">Use the University of Cambridge tool to determine if you are required to take a language test: </w:t>
      </w:r>
      <w:hyperlink r:id="rId8">
        <w:r>
          <w:rPr>
            <w:color w:val="33247D"/>
            <w:u w:val="single"/>
          </w:rPr>
          <w:t>https://www.postgraduate.study.cam.ac.uk/international/competence-english</w:t>
        </w:r>
      </w:hyperlink>
    </w:p>
    <w:tbl>
      <w:tblPr>
        <w:tblW w:w="10037" w:type="dxa"/>
        <w:tblLayout w:type="fixed"/>
        <w:tblLook w:val="04A0" w:firstRow="1" w:lastRow="0" w:firstColumn="1" w:lastColumn="0" w:noHBand="0" w:noVBand="1"/>
      </w:tblPr>
      <w:tblGrid>
        <w:gridCol w:w="10037"/>
      </w:tblGrid>
      <w:tr w:rsidR="00504843" w14:paraId="71CBDBD5" w14:textId="77777777">
        <w:tc>
          <w:tcPr>
            <w:tcW w:w="10037" w:type="dxa"/>
            <w:tcBorders>
              <w:top w:val="single" w:sz="4" w:space="0" w:color="C9C7D6"/>
              <w:left w:val="single" w:sz="22" w:space="0" w:color="33247D"/>
              <w:bottom w:val="single" w:sz="4" w:space="0" w:color="C9C7D6"/>
              <w:right w:val="single" w:sz="4" w:space="0" w:color="C9C7D6"/>
            </w:tcBorders>
            <w:shd w:val="clear" w:color="auto" w:fill="ECEAF5"/>
            <w:tcMar>
              <w:top w:w="145" w:type="dxa"/>
              <w:left w:w="175" w:type="dxa"/>
              <w:bottom w:w="145" w:type="dxa"/>
              <w:right w:w="175" w:type="dxa"/>
            </w:tcMar>
          </w:tcPr>
          <w:p w14:paraId="7AFDB313" w14:textId="77777777" w:rsidR="00504843" w:rsidRDefault="00DD49EB">
            <w:pPr>
              <w:spacing w:after="0"/>
            </w:pPr>
            <w:r>
              <w:rPr>
                <w:b/>
              </w:rPr>
              <w:t>If you are required to take a language test, please return this form with your full application by 3 November 2026 to phd.lokectr@pdn.cam.ac.uk. Test results must be received by 6 January 2027.</w:t>
            </w:r>
          </w:p>
        </w:tc>
      </w:tr>
    </w:tbl>
    <w:p w14:paraId="34BD6501" w14:textId="77777777" w:rsidR="00504843" w:rsidRDefault="00504843">
      <w:pPr>
        <w:spacing w:after="40"/>
      </w:pPr>
    </w:p>
    <w:tbl>
      <w:tblPr>
        <w:tblW w:w="10037" w:type="dxa"/>
        <w:tblLayout w:type="fixed"/>
        <w:tblLook w:val="04A0" w:firstRow="1" w:lastRow="0" w:firstColumn="1" w:lastColumn="0" w:noHBand="0" w:noVBand="1"/>
      </w:tblPr>
      <w:tblGrid>
        <w:gridCol w:w="547"/>
        <w:gridCol w:w="9490"/>
      </w:tblGrid>
      <w:tr w:rsidR="00504843" w14:paraId="22E03802" w14:textId="77777777">
        <w:trPr>
          <w:trHeight w:val="691"/>
        </w:trPr>
        <w:tc>
          <w:tcPr>
            <w:tcW w:w="547" w:type="dxa"/>
            <w:tcMar>
              <w:top w:w="75" w:type="dxa"/>
              <w:left w:w="40" w:type="dxa"/>
              <w:bottom w:w="75" w:type="dxa"/>
              <w:right w:w="40" w:type="dxa"/>
            </w:tcMar>
          </w:tcPr>
          <w:p w14:paraId="60D89D1F" w14:textId="77777777" w:rsidR="00504843" w:rsidRDefault="00DD49EB">
            <w:pPr>
              <w:spacing w:after="0"/>
              <w:jc w:val="center"/>
            </w:pPr>
            <w:sdt>
              <w:sdtPr>
                <w:alias w:val="Language requirement option 1"/>
                <w:tag w:val="language_option_1"/>
                <w:id w:val="934805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  <w:sz w:val="24"/>
                  </w:rPr>
                  <w:t>☐</w:t>
                </w:r>
              </w:sdtContent>
            </w:sdt>
          </w:p>
        </w:tc>
        <w:tc>
          <w:tcPr>
            <w:tcW w:w="9490" w:type="dxa"/>
            <w:tcMar>
              <w:top w:w="75" w:type="dxa"/>
              <w:left w:w="80" w:type="dxa"/>
              <w:bottom w:w="75" w:type="dxa"/>
              <w:right w:w="40" w:type="dxa"/>
            </w:tcMar>
          </w:tcPr>
          <w:p w14:paraId="71108C38" w14:textId="77777777" w:rsidR="00504843" w:rsidRDefault="00DD49EB">
            <w:pPr>
              <w:spacing w:after="0"/>
            </w:pPr>
            <w:r>
              <w:t xml:space="preserve"> I have recently studied for 3 years (ending within the last 2 years) at a level equivalent to a UK Bachelor’s degree in a list A country.</w:t>
            </w:r>
          </w:p>
        </w:tc>
      </w:tr>
    </w:tbl>
    <w:p w14:paraId="0ED15B5A" w14:textId="77777777" w:rsidR="00504843" w:rsidRDefault="00504843">
      <w:pPr>
        <w:spacing w:after="20" w:line="48" w:lineRule="auto"/>
      </w:pPr>
    </w:p>
    <w:tbl>
      <w:tblPr>
        <w:tblW w:w="10037" w:type="dxa"/>
        <w:tblLayout w:type="fixed"/>
        <w:tblLook w:val="04A0" w:firstRow="1" w:lastRow="0" w:firstColumn="1" w:lastColumn="0" w:noHBand="0" w:noVBand="1"/>
      </w:tblPr>
      <w:tblGrid>
        <w:gridCol w:w="547"/>
        <w:gridCol w:w="9490"/>
      </w:tblGrid>
      <w:tr w:rsidR="00504843" w14:paraId="5A8DBD21" w14:textId="77777777">
        <w:trPr>
          <w:trHeight w:val="691"/>
        </w:trPr>
        <w:tc>
          <w:tcPr>
            <w:tcW w:w="547" w:type="dxa"/>
            <w:tcMar>
              <w:top w:w="75" w:type="dxa"/>
              <w:left w:w="40" w:type="dxa"/>
              <w:bottom w:w="75" w:type="dxa"/>
              <w:right w:w="40" w:type="dxa"/>
            </w:tcMar>
          </w:tcPr>
          <w:p w14:paraId="10AA4F22" w14:textId="77777777" w:rsidR="00504843" w:rsidRDefault="00DD49EB">
            <w:pPr>
              <w:spacing w:after="0"/>
              <w:jc w:val="center"/>
            </w:pPr>
            <w:sdt>
              <w:sdtPr>
                <w:alias w:val="Language requirement option 2"/>
                <w:tag w:val="language_option_2"/>
                <w:id w:val="995927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  <w:sz w:val="24"/>
                  </w:rPr>
                  <w:t>☐</w:t>
                </w:r>
              </w:sdtContent>
            </w:sdt>
          </w:p>
        </w:tc>
        <w:tc>
          <w:tcPr>
            <w:tcW w:w="9490" w:type="dxa"/>
            <w:tcMar>
              <w:top w:w="75" w:type="dxa"/>
              <w:left w:w="80" w:type="dxa"/>
              <w:bottom w:w="75" w:type="dxa"/>
              <w:right w:w="40" w:type="dxa"/>
            </w:tcMar>
          </w:tcPr>
          <w:p w14:paraId="70AA911B" w14:textId="77777777" w:rsidR="00504843" w:rsidRDefault="00DD49EB">
            <w:pPr>
              <w:spacing w:after="0"/>
            </w:pPr>
            <w:r>
              <w:t xml:space="preserve"> I have </w:t>
            </w:r>
            <w:r>
              <w:rPr>
                <w:b/>
              </w:rPr>
              <w:t>completed</w:t>
            </w:r>
            <w:r>
              <w:t xml:space="preserve"> an approved language test and will provide the results with my application.</w:t>
            </w:r>
          </w:p>
        </w:tc>
      </w:tr>
    </w:tbl>
    <w:p w14:paraId="0A9D92CD" w14:textId="77777777" w:rsidR="00504843" w:rsidRDefault="00504843">
      <w:pPr>
        <w:spacing w:after="20" w:line="48" w:lineRule="auto"/>
      </w:pPr>
    </w:p>
    <w:tbl>
      <w:tblPr>
        <w:tblW w:w="10037" w:type="dxa"/>
        <w:tblLayout w:type="fixed"/>
        <w:tblLook w:val="04A0" w:firstRow="1" w:lastRow="0" w:firstColumn="1" w:lastColumn="0" w:noHBand="0" w:noVBand="1"/>
      </w:tblPr>
      <w:tblGrid>
        <w:gridCol w:w="547"/>
        <w:gridCol w:w="9490"/>
      </w:tblGrid>
      <w:tr w:rsidR="00504843" w14:paraId="707F74D8" w14:textId="77777777">
        <w:trPr>
          <w:trHeight w:val="691"/>
        </w:trPr>
        <w:tc>
          <w:tcPr>
            <w:tcW w:w="547" w:type="dxa"/>
            <w:tcMar>
              <w:top w:w="75" w:type="dxa"/>
              <w:left w:w="40" w:type="dxa"/>
              <w:bottom w:w="75" w:type="dxa"/>
              <w:right w:w="40" w:type="dxa"/>
            </w:tcMar>
          </w:tcPr>
          <w:p w14:paraId="5A1586F5" w14:textId="77777777" w:rsidR="00504843" w:rsidRDefault="00DD49EB">
            <w:pPr>
              <w:spacing w:after="0"/>
              <w:jc w:val="center"/>
            </w:pPr>
            <w:sdt>
              <w:sdtPr>
                <w:alias w:val="Language requirement option 3"/>
                <w:tag w:val="language_option_3"/>
                <w:id w:val="1365332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  <w:sz w:val="24"/>
                  </w:rPr>
                  <w:t>☐</w:t>
                </w:r>
              </w:sdtContent>
            </w:sdt>
          </w:p>
        </w:tc>
        <w:tc>
          <w:tcPr>
            <w:tcW w:w="9490" w:type="dxa"/>
            <w:tcMar>
              <w:top w:w="75" w:type="dxa"/>
              <w:left w:w="80" w:type="dxa"/>
              <w:bottom w:w="75" w:type="dxa"/>
              <w:right w:w="40" w:type="dxa"/>
            </w:tcMar>
          </w:tcPr>
          <w:p w14:paraId="06E73F99" w14:textId="77777777" w:rsidR="00504843" w:rsidRDefault="00DD49EB">
            <w:pPr>
              <w:spacing w:after="0"/>
            </w:pPr>
            <w:r>
              <w:t xml:space="preserve"> I have </w:t>
            </w:r>
            <w:r>
              <w:rPr>
                <w:b/>
              </w:rPr>
              <w:t>taken/booked</w:t>
            </w:r>
            <w:r>
              <w:t xml:space="preserve"> an approved language test and will provide the result to </w:t>
            </w:r>
            <w:hyperlink r:id="rId9">
              <w:r>
                <w:rPr>
                  <w:color w:val="33247D"/>
                  <w:u w:val="single"/>
                </w:rPr>
                <w:t>phd.lokectr@pdn.cam.ac.uk</w:t>
              </w:r>
            </w:hyperlink>
            <w:r>
              <w:t xml:space="preserve"> by 6th January 2027.</w:t>
            </w:r>
          </w:p>
        </w:tc>
      </w:tr>
    </w:tbl>
    <w:p w14:paraId="64B27F5F" w14:textId="77777777" w:rsidR="00504843" w:rsidRDefault="00504843">
      <w:pPr>
        <w:spacing w:after="20" w:line="48" w:lineRule="auto"/>
      </w:pPr>
    </w:p>
    <w:tbl>
      <w:tblPr>
        <w:tblW w:w="10037" w:type="dxa"/>
        <w:tblLayout w:type="fixed"/>
        <w:tblLook w:val="04A0" w:firstRow="1" w:lastRow="0" w:firstColumn="1" w:lastColumn="0" w:noHBand="0" w:noVBand="1"/>
      </w:tblPr>
      <w:tblGrid>
        <w:gridCol w:w="547"/>
        <w:gridCol w:w="9490"/>
      </w:tblGrid>
      <w:tr w:rsidR="00504843" w14:paraId="64ACC9ED" w14:textId="77777777">
        <w:trPr>
          <w:trHeight w:val="691"/>
        </w:trPr>
        <w:tc>
          <w:tcPr>
            <w:tcW w:w="547" w:type="dxa"/>
            <w:tcMar>
              <w:top w:w="75" w:type="dxa"/>
              <w:left w:w="40" w:type="dxa"/>
              <w:bottom w:w="75" w:type="dxa"/>
              <w:right w:w="40" w:type="dxa"/>
            </w:tcMar>
          </w:tcPr>
          <w:p w14:paraId="2ECD57EC" w14:textId="77777777" w:rsidR="00504843" w:rsidRDefault="00DD49EB">
            <w:pPr>
              <w:spacing w:after="0"/>
              <w:jc w:val="center"/>
            </w:pPr>
            <w:sdt>
              <w:sdtPr>
                <w:alias w:val="Language requirement option 4"/>
                <w:tag w:val="language_option_4"/>
                <w:id w:val="1625647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  <w:sz w:val="24"/>
                  </w:rPr>
                  <w:t>☐</w:t>
                </w:r>
              </w:sdtContent>
            </w:sdt>
          </w:p>
        </w:tc>
        <w:tc>
          <w:tcPr>
            <w:tcW w:w="9490" w:type="dxa"/>
            <w:tcMar>
              <w:top w:w="75" w:type="dxa"/>
              <w:left w:w="80" w:type="dxa"/>
              <w:bottom w:w="75" w:type="dxa"/>
              <w:right w:w="40" w:type="dxa"/>
            </w:tcMar>
          </w:tcPr>
          <w:p w14:paraId="16B2CE9B" w14:textId="77777777" w:rsidR="00504843" w:rsidRDefault="00DD49EB">
            <w:pPr>
              <w:spacing w:after="0"/>
            </w:pPr>
            <w:r>
              <w:t xml:space="preserve"> I am </w:t>
            </w:r>
            <w:r>
              <w:rPr>
                <w:b/>
              </w:rPr>
              <w:t>planning</w:t>
            </w:r>
            <w:r>
              <w:t xml:space="preserve"> to book an approved language test and will provide the result to </w:t>
            </w:r>
            <w:hyperlink r:id="rId10">
              <w:r>
                <w:rPr>
                  <w:color w:val="33247D"/>
                  <w:u w:val="single"/>
                </w:rPr>
                <w:t>phd.lokectr@pdn.cam.ac.uk</w:t>
              </w:r>
            </w:hyperlink>
            <w:r>
              <w:t xml:space="preserve"> by 6th January 2027.</w:t>
            </w:r>
          </w:p>
        </w:tc>
      </w:tr>
    </w:tbl>
    <w:p w14:paraId="53CB7D16" w14:textId="77777777" w:rsidR="00504843" w:rsidRDefault="00504843">
      <w:pPr>
        <w:spacing w:after="20" w:line="48" w:lineRule="auto"/>
      </w:pPr>
    </w:p>
    <w:tbl>
      <w:tblPr>
        <w:tblW w:w="10037" w:type="dxa"/>
        <w:tblLayout w:type="fixed"/>
        <w:tblLook w:val="04A0" w:firstRow="1" w:lastRow="0" w:firstColumn="1" w:lastColumn="0" w:noHBand="0" w:noVBand="1"/>
      </w:tblPr>
      <w:tblGrid>
        <w:gridCol w:w="542"/>
        <w:gridCol w:w="9386"/>
        <w:gridCol w:w="109"/>
      </w:tblGrid>
      <w:tr w:rsidR="00504843" w14:paraId="294B010E" w14:textId="77777777">
        <w:trPr>
          <w:trHeight w:val="518"/>
        </w:trPr>
        <w:tc>
          <w:tcPr>
            <w:tcW w:w="547" w:type="dxa"/>
            <w:tcMar>
              <w:top w:w="75" w:type="dxa"/>
              <w:left w:w="40" w:type="dxa"/>
              <w:bottom w:w="75" w:type="dxa"/>
              <w:right w:w="40" w:type="dxa"/>
            </w:tcMar>
          </w:tcPr>
          <w:p w14:paraId="408A95BA" w14:textId="77777777" w:rsidR="00504843" w:rsidRDefault="00DD49EB">
            <w:pPr>
              <w:spacing w:after="0"/>
              <w:jc w:val="center"/>
            </w:pPr>
            <w:sdt>
              <w:sdtPr>
                <w:alias w:val="Language requirement option 5"/>
                <w:tag w:val="language_option_5"/>
                <w:id w:val="1628963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hAnsi="MS Gothic"/>
                    <w:sz w:val="24"/>
                  </w:rPr>
                  <w:t>☐</w:t>
                </w:r>
              </w:sdtContent>
            </w:sdt>
          </w:p>
        </w:tc>
        <w:tc>
          <w:tcPr>
            <w:tcW w:w="9490" w:type="dxa"/>
            <w:gridSpan w:val="2"/>
            <w:tcMar>
              <w:top w:w="75" w:type="dxa"/>
              <w:left w:w="80" w:type="dxa"/>
              <w:bottom w:w="75" w:type="dxa"/>
              <w:right w:w="40" w:type="dxa"/>
            </w:tcMar>
          </w:tcPr>
          <w:p w14:paraId="1F9EC728" w14:textId="77777777" w:rsidR="00504843" w:rsidRDefault="00DD49EB">
            <w:pPr>
              <w:spacing w:after="0"/>
            </w:pPr>
            <w:r>
              <w:rPr>
                <w:b/>
              </w:rPr>
              <w:t xml:space="preserve"> Other</w:t>
            </w:r>
            <w:r>
              <w:t>, please give information:</w:t>
            </w:r>
          </w:p>
        </w:tc>
      </w:tr>
      <w:tr w:rsidR="00504843" w14:paraId="2FD8038B" w14:textId="77777777">
        <w:trPr>
          <w:gridAfter w:val="1"/>
          <w:wAfter w:w="110" w:type="dxa"/>
          <w:trHeight w:val="1123"/>
        </w:trPr>
        <w:tc>
          <w:tcPr>
            <w:tcW w:w="10037" w:type="dxa"/>
            <w:gridSpan w:val="2"/>
            <w:tcBorders>
              <w:top w:val="single" w:sz="6" w:space="0" w:color="C9C7D6"/>
              <w:left w:val="single" w:sz="6" w:space="0" w:color="C9C7D6"/>
              <w:bottom w:val="single" w:sz="6" w:space="0" w:color="C9C7D6"/>
              <w:right w:val="single" w:sz="6" w:space="0" w:color="C9C7D6"/>
            </w:tcBorders>
            <w:shd w:val="clear" w:color="auto" w:fill="F7F7FA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D74406A" w14:textId="77777777" w:rsidR="00504843" w:rsidRDefault="00DD49EB">
            <w:pPr>
              <w:spacing w:after="0"/>
            </w:pPr>
            <w:sdt>
              <w:sdtPr>
                <w:alias w:val="Other information"/>
                <w:tag w:val="other_information"/>
                <w:id w:val="841407963"/>
                <w:showingPlcHdr/>
                <w:text w:multiLine="1"/>
              </w:sdtPr>
              <w:sdtEndPr/>
              <w:sdtContent>
                <w:r>
                  <w:rPr>
                    <w:i/>
                    <w:color w:val="767676"/>
                  </w:rPr>
                  <w:t>Click or tap here to enter text.</w:t>
                </w:r>
              </w:sdtContent>
            </w:sdt>
          </w:p>
        </w:tc>
      </w:tr>
    </w:tbl>
    <w:p w14:paraId="0D0CA798" w14:textId="77777777" w:rsidR="00504843" w:rsidRDefault="00504843">
      <w:pPr>
        <w:spacing w:after="40"/>
      </w:pPr>
    </w:p>
    <w:tbl>
      <w:tblPr>
        <w:tblW w:w="10037" w:type="dxa"/>
        <w:tblLayout w:type="fixed"/>
        <w:tblLook w:val="04A0" w:firstRow="1" w:lastRow="0" w:firstColumn="1" w:lastColumn="0" w:noHBand="0" w:noVBand="1"/>
      </w:tblPr>
      <w:tblGrid>
        <w:gridCol w:w="5976"/>
        <w:gridCol w:w="4061"/>
      </w:tblGrid>
      <w:tr w:rsidR="00504843" w14:paraId="02F80BC5" w14:textId="77777777">
        <w:trPr>
          <w:trHeight w:val="1037"/>
        </w:trPr>
        <w:tc>
          <w:tcPr>
            <w:tcW w:w="5976" w:type="dxa"/>
            <w:tcBorders>
              <w:top w:val="single" w:sz="6" w:space="0" w:color="C9C7D6"/>
              <w:left w:val="single" w:sz="6" w:space="0" w:color="C9C7D6"/>
              <w:bottom w:val="single" w:sz="6" w:space="0" w:color="C9C7D6"/>
              <w:right w:val="single" w:sz="6" w:space="0" w:color="C9C7D6"/>
            </w:tcBorders>
            <w:shd w:val="clear" w:color="auto" w:fill="F7F7FA"/>
            <w:tcMar>
              <w:top w:w="115" w:type="dxa"/>
              <w:left w:w="150" w:type="dxa"/>
              <w:bottom w:w="115" w:type="dxa"/>
              <w:right w:w="150" w:type="dxa"/>
            </w:tcMar>
          </w:tcPr>
          <w:p w14:paraId="39861942" w14:textId="77777777" w:rsidR="00504843" w:rsidRDefault="00DD49EB">
            <w:pPr>
              <w:spacing w:after="80"/>
            </w:pPr>
            <w:r>
              <w:rPr>
                <w:b/>
                <w:color w:val="33247D"/>
              </w:rPr>
              <w:t>Applicant name:</w:t>
            </w:r>
          </w:p>
          <w:p w14:paraId="6883C4CD" w14:textId="77777777" w:rsidR="00504843" w:rsidRDefault="00DD49EB">
            <w:pPr>
              <w:spacing w:after="0"/>
            </w:pPr>
            <w:sdt>
              <w:sdtPr>
                <w:alias w:val="Applicant name"/>
                <w:tag w:val="applicant_name"/>
                <w:id w:val="1233877649"/>
                <w:showingPlcHdr/>
                <w:text/>
              </w:sdtPr>
              <w:sdtEndPr/>
              <w:sdtContent>
                <w:r>
                  <w:rPr>
                    <w:i/>
                    <w:color w:val="767676"/>
                  </w:rPr>
                  <w:t>Click or tap here to enter text.</w:t>
                </w:r>
              </w:sdtContent>
            </w:sdt>
          </w:p>
        </w:tc>
        <w:tc>
          <w:tcPr>
            <w:tcW w:w="4061" w:type="dxa"/>
            <w:tcBorders>
              <w:top w:val="single" w:sz="6" w:space="0" w:color="C9C7D6"/>
              <w:left w:val="single" w:sz="6" w:space="0" w:color="C9C7D6"/>
              <w:bottom w:val="single" w:sz="6" w:space="0" w:color="C9C7D6"/>
              <w:right w:val="single" w:sz="6" w:space="0" w:color="C9C7D6"/>
            </w:tcBorders>
            <w:shd w:val="clear" w:color="auto" w:fill="F7F7FA"/>
            <w:tcMar>
              <w:top w:w="115" w:type="dxa"/>
              <w:left w:w="150" w:type="dxa"/>
              <w:bottom w:w="115" w:type="dxa"/>
              <w:right w:w="150" w:type="dxa"/>
            </w:tcMar>
          </w:tcPr>
          <w:p w14:paraId="2221E5C9" w14:textId="77777777" w:rsidR="00504843" w:rsidRDefault="00DD49EB">
            <w:pPr>
              <w:spacing w:after="80"/>
            </w:pPr>
            <w:r>
              <w:rPr>
                <w:b/>
                <w:color w:val="33247D"/>
              </w:rPr>
              <w:t>Date:</w:t>
            </w:r>
          </w:p>
          <w:p w14:paraId="0979066C" w14:textId="77777777" w:rsidR="00504843" w:rsidRDefault="00DD49EB">
            <w:pPr>
              <w:spacing w:after="0"/>
            </w:pPr>
            <w:sdt>
              <w:sdtPr>
                <w:alias w:val="Date"/>
                <w:tag w:val="date"/>
                <w:id w:val="1143914624"/>
                <w:showingPlcHdr/>
                <w:text/>
              </w:sdtPr>
              <w:sdtEndPr/>
              <w:sdtContent>
                <w:r>
                  <w:rPr>
                    <w:i/>
                    <w:color w:val="767676"/>
                  </w:rPr>
                  <w:t>Click or tap here to enter text.</w:t>
                </w:r>
              </w:sdtContent>
            </w:sdt>
          </w:p>
        </w:tc>
      </w:tr>
    </w:tbl>
    <w:p w14:paraId="00E83054" w14:textId="77777777" w:rsidR="00DD49EB" w:rsidRDefault="00DD49EB"/>
    <w:sectPr w:rsidR="00DD49EB" w:rsidSect="00034616">
      <w:pgSz w:w="11906" w:h="16838"/>
      <w:pgMar w:top="792" w:right="936" w:bottom="792" w:left="936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Feijoa Bold-Cambridge">
    <w:panose1 w:val="02000500000000020003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25999610">
    <w:abstractNumId w:val="8"/>
  </w:num>
  <w:num w:numId="2" w16cid:durableId="1051539687">
    <w:abstractNumId w:val="6"/>
  </w:num>
  <w:num w:numId="3" w16cid:durableId="1533880644">
    <w:abstractNumId w:val="5"/>
  </w:num>
  <w:num w:numId="4" w16cid:durableId="519247710">
    <w:abstractNumId w:val="4"/>
  </w:num>
  <w:num w:numId="5" w16cid:durableId="1591936563">
    <w:abstractNumId w:val="7"/>
  </w:num>
  <w:num w:numId="6" w16cid:durableId="862092314">
    <w:abstractNumId w:val="3"/>
  </w:num>
  <w:num w:numId="7" w16cid:durableId="781151493">
    <w:abstractNumId w:val="2"/>
  </w:num>
  <w:num w:numId="8" w16cid:durableId="328948450">
    <w:abstractNumId w:val="1"/>
  </w:num>
  <w:num w:numId="9" w16cid:durableId="1720131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0077C"/>
    <w:rsid w:val="00295E20"/>
    <w:rsid w:val="0029639D"/>
    <w:rsid w:val="00326F90"/>
    <w:rsid w:val="00504843"/>
    <w:rsid w:val="005312B8"/>
    <w:rsid w:val="00AA1D8D"/>
    <w:rsid w:val="00B47730"/>
    <w:rsid w:val="00CB0664"/>
    <w:rsid w:val="00DD49EB"/>
    <w:rsid w:val="00F05B5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51D059"/>
  <w14:defaultImageDpi w14:val="300"/>
  <w15:docId w15:val="{0A56A577-DEFC-4C86-AB67-A562F18F2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rial" w:hAnsi="Arial"/>
      <w:color w:val="222222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color w:val="33247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/>
      <w:b/>
      <w:color w:val="33247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graduate.study.cam.ac.uk/international/competence-english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yperlink" Target="mailto:phd.lokectr@pdn.cam.ac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hd.lokectr@pdn.cam.ac.uk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F39D67E2FF284896D309BE38D9D4C3" ma:contentTypeVersion="13" ma:contentTypeDescription="Create a new document." ma:contentTypeScope="" ma:versionID="de5a9a81250990de81a75ee1a13faadc">
  <xsd:schema xmlns:xsd="http://www.w3.org/2001/XMLSchema" xmlns:xs="http://www.w3.org/2001/XMLSchema" xmlns:p="http://schemas.microsoft.com/office/2006/metadata/properties" xmlns:ns2="38702db2-be81-43fc-bb5d-0542cf840c68" xmlns:ns3="1d96a04f-c252-4be6-b791-11925a5c6746" targetNamespace="http://schemas.microsoft.com/office/2006/metadata/properties" ma:root="true" ma:fieldsID="b83439e2757cb3945677042ba6a2f5f5" ns2:_="" ns3:_="">
    <xsd:import namespace="38702db2-be81-43fc-bb5d-0542cf840c68"/>
    <xsd:import namespace="1d96a04f-c252-4be6-b791-11925a5c67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02db2-be81-43fc-bb5d-0542cf840c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a27f011-1a9c-4bbb-bffd-f61e666ec8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6a04f-c252-4be6-b791-11925a5c674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79c9d72-12f8-444b-bf52-b279da741d24}" ma:internalName="TaxCatchAll" ma:showField="CatchAllData" ma:web="1d96a04f-c252-4be6-b791-11925a5c67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702db2-be81-43fc-bb5d-0542cf840c68">
      <Terms xmlns="http://schemas.microsoft.com/office/infopath/2007/PartnerControls"/>
    </lcf76f155ced4ddcb4097134ff3c332f>
    <TaxCatchAll xmlns="1d96a04f-c252-4be6-b791-11925a5c6746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62A076-846C-4147-900E-E12561E4F45D}"/>
</file>

<file path=customXml/itemProps3.xml><?xml version="1.0" encoding="utf-8"?>
<ds:datastoreItem xmlns:ds="http://schemas.openxmlformats.org/officeDocument/2006/customXml" ds:itemID="{95F9EB36-3142-4090-9AC7-73984EA39930}"/>
</file>

<file path=customXml/itemProps4.xml><?xml version="1.0" encoding="utf-8"?>
<ds:datastoreItem xmlns:ds="http://schemas.openxmlformats.org/officeDocument/2006/customXml" ds:itemID="{CEA31307-8928-4353-BBF3-9FF7FB3947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Loke Centre English Language Requirement 2026</dc:title>
  <dc:subject>Applicant form</dc:subject>
  <dc:creator>Loke Centre for Trophoblast Research, University of Cambridge</dc:creator>
  <cp:keywords/>
  <dc:description>generated by python-docx</dc:description>
  <cp:lastModifiedBy>Erin M. Slatery</cp:lastModifiedBy>
  <cp:revision>4</cp:revision>
  <dcterms:created xsi:type="dcterms:W3CDTF">2026-08-20T13:40:00Z</dcterms:created>
  <dcterms:modified xsi:type="dcterms:W3CDTF">2026-08-20T13:49:00Z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3725800</vt:r8>
  </property>
  <property fmtid="{D5CDD505-2E9C-101B-9397-08002B2CF9AE}" pid="3" name="MediaServiceImageTags">
    <vt:lpwstr/>
  </property>
  <property fmtid="{D5CDD505-2E9C-101B-9397-08002B2CF9AE}" pid="4" name="ContentTypeId">
    <vt:lpwstr>0x01010008F39D67E2FF284896D309BE38D9D4C3</vt:lpwstr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