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7" w:type="dxa"/>
        <w:tblBorders>
          <w:bottom w:val="single" w:sz="6" w:space="0" w:color="342664"/>
        </w:tblBorders>
        <w:tblLayout w:type="fixed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4536"/>
        <w:gridCol w:w="5501"/>
      </w:tblGrid>
      <w:tr w:rsidR="00A63AEC" w14:paraId="3B238886" w14:textId="77777777" w:rsidTr="00CC476C">
        <w:trPr>
          <w:trHeight w:val="1134"/>
        </w:trPr>
        <w:tc>
          <w:tcPr>
            <w:tcW w:w="4536" w:type="dxa"/>
            <w:tcMar>
              <w:top w:w="0" w:type="dxa"/>
              <w:left w:w="0" w:type="dxa"/>
              <w:bottom w:w="35" w:type="dxa"/>
              <w:right w:w="0" w:type="dxa"/>
            </w:tcMar>
            <w:vAlign w:val="center"/>
          </w:tcPr>
          <w:p w14:paraId="08915DDE" w14:textId="77777777" w:rsidR="00A63AEC" w:rsidRDefault="00CA65A9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3DC804A2" wp14:editId="3D668B1A">
                  <wp:extent cx="2057400" cy="410675"/>
                  <wp:effectExtent l="0" t="0" r="0" b="0"/>
                  <wp:docPr id="1" name="Picture 1" descr="University of Cambridge logo" title="University of Cambridg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41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tcMar>
              <w:top w:w="0" w:type="dxa"/>
              <w:left w:w="0" w:type="dxa"/>
              <w:bottom w:w="35" w:type="dxa"/>
              <w:right w:w="0" w:type="dxa"/>
            </w:tcMar>
            <w:vAlign w:val="center"/>
          </w:tcPr>
          <w:p w14:paraId="4BCAB8E2" w14:textId="77777777" w:rsidR="00A63AEC" w:rsidRDefault="00CA65A9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21F32C87" wp14:editId="090006D8">
                  <wp:extent cx="2423160" cy="519248"/>
                  <wp:effectExtent l="0" t="0" r="0" b="0"/>
                  <wp:docPr id="2" name="Picture 2" descr="Loke Centre for Trophoblast Research logo" title="Loke Centre for Trophoblast Research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1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394F06" w14:textId="77777777" w:rsidR="00A63AEC" w:rsidRPr="0070037B" w:rsidRDefault="00CA65A9">
      <w:pPr>
        <w:pStyle w:val="Title"/>
        <w:spacing w:before="60"/>
        <w:rPr>
          <w:rFonts w:ascii="Feijoa Bold-Cambridge" w:hAnsi="Feijoa Bold-Cambridge" w:cs="Open Sans"/>
          <w:b w:val="0"/>
          <w:bCs/>
        </w:rPr>
      </w:pPr>
      <w:r w:rsidRPr="0070037B">
        <w:rPr>
          <w:rFonts w:ascii="Feijoa Bold-Cambridge" w:hAnsi="Feijoa Bold-Cambridge" w:cs="Open Sans"/>
          <w:b w:val="0"/>
          <w:bCs/>
        </w:rPr>
        <w:t>Loke Centre for Trophoblast Research PhD Application Form 2026-27</w:t>
      </w:r>
    </w:p>
    <w:tbl>
      <w:tblPr>
        <w:tblW w:w="10036" w:type="dxa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A63AEC" w14:paraId="00B7E141" w14:textId="77777777">
        <w:trPr>
          <w:trHeight w:val="1382"/>
        </w:trPr>
        <w:tc>
          <w:tcPr>
            <w:tcW w:w="5018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7A998AEB" w14:textId="77777777" w:rsidR="00A63AEC" w:rsidRDefault="00CA65A9">
            <w:pPr>
              <w:spacing w:after="80"/>
            </w:pPr>
            <w:r>
              <w:rPr>
                <w:b/>
                <w:color w:val="33247D"/>
              </w:rPr>
              <w:t>Candidate Name:</w:t>
            </w:r>
          </w:p>
          <w:p w14:paraId="6F734F3B" w14:textId="77777777" w:rsidR="00A63AEC" w:rsidRDefault="0020304F">
            <w:pPr>
              <w:spacing w:after="0"/>
            </w:pPr>
            <w:sdt>
              <w:sdtPr>
                <w:alias w:val="Candidate name"/>
                <w:tag w:val="candidate_name"/>
                <w:id w:val="1973100311"/>
                <w:showingPlcHdr/>
                <w:text w:multiLine="1"/>
              </w:sdtPr>
              <w:sdtEndPr/>
              <w:sdtContent>
                <w:r w:rsidR="00CA65A9"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</w:tc>
        <w:tc>
          <w:tcPr>
            <w:tcW w:w="5018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35B37FFF" w14:textId="77777777" w:rsidR="00A63AEC" w:rsidRDefault="00CA65A9">
            <w:pPr>
              <w:spacing w:after="80"/>
            </w:pPr>
            <w:r>
              <w:rPr>
                <w:b/>
                <w:color w:val="33247D"/>
              </w:rPr>
              <w:t>Mailing address:</w:t>
            </w:r>
          </w:p>
          <w:p w14:paraId="42423353" w14:textId="77777777" w:rsidR="00A63AEC" w:rsidRDefault="0020304F">
            <w:pPr>
              <w:spacing w:after="0"/>
            </w:pPr>
            <w:sdt>
              <w:sdtPr>
                <w:alias w:val="Mailing address"/>
                <w:tag w:val="mailing_address"/>
                <w:id w:val="2021206604"/>
                <w:showingPlcHdr/>
                <w:text w:multiLine="1"/>
              </w:sdtPr>
              <w:sdtEndPr/>
              <w:sdtContent>
                <w:r w:rsidR="00CA65A9"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</w:tc>
      </w:tr>
      <w:tr w:rsidR="00A63AEC" w14:paraId="0D927CE0" w14:textId="77777777">
        <w:trPr>
          <w:trHeight w:val="1123"/>
        </w:trPr>
        <w:tc>
          <w:tcPr>
            <w:tcW w:w="5018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294935E2" w14:textId="77777777" w:rsidR="00A63AEC" w:rsidRDefault="00CA65A9">
            <w:pPr>
              <w:spacing w:after="80"/>
            </w:pPr>
            <w:r>
              <w:rPr>
                <w:b/>
                <w:color w:val="33247D"/>
              </w:rPr>
              <w:t>Contact email:</w:t>
            </w:r>
          </w:p>
          <w:p w14:paraId="78A4EC93" w14:textId="77777777" w:rsidR="00A63AEC" w:rsidRDefault="0020304F">
            <w:pPr>
              <w:spacing w:after="0"/>
            </w:pPr>
            <w:sdt>
              <w:sdtPr>
                <w:alias w:val="Contact email"/>
                <w:tag w:val="contact_email"/>
                <w:id w:val="1083581255"/>
                <w:showingPlcHdr/>
                <w:text w:multiLine="1"/>
              </w:sdtPr>
              <w:sdtEndPr/>
              <w:sdtContent>
                <w:r w:rsidR="00CA65A9"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</w:tc>
        <w:tc>
          <w:tcPr>
            <w:tcW w:w="5018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6A14C810" w14:textId="77777777" w:rsidR="00A63AEC" w:rsidRDefault="00CA65A9">
            <w:pPr>
              <w:spacing w:after="80"/>
            </w:pPr>
            <w:r>
              <w:rPr>
                <w:b/>
                <w:color w:val="33247D"/>
              </w:rPr>
              <w:t>Phone number:</w:t>
            </w:r>
          </w:p>
          <w:p w14:paraId="3A4BEB66" w14:textId="77777777" w:rsidR="00A63AEC" w:rsidRDefault="0020304F">
            <w:pPr>
              <w:spacing w:after="0"/>
            </w:pPr>
            <w:sdt>
              <w:sdtPr>
                <w:alias w:val="Phone number"/>
                <w:tag w:val="phone_number"/>
                <w:id w:val="1249739721"/>
                <w:showingPlcHdr/>
                <w:text w:multiLine="1"/>
              </w:sdtPr>
              <w:sdtEndPr/>
              <w:sdtContent>
                <w:r w:rsidR="00CA65A9"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</w:tc>
      </w:tr>
    </w:tbl>
    <w:p w14:paraId="47CD6887" w14:textId="77777777" w:rsidR="00A63AEC" w:rsidRDefault="00A63AEC">
      <w:pPr>
        <w:spacing w:after="40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10037"/>
      </w:tblGrid>
      <w:tr w:rsidR="00A63AEC" w14:paraId="7E4AAF7C" w14:textId="77777777">
        <w:tc>
          <w:tcPr>
            <w:tcW w:w="10037" w:type="dxa"/>
            <w:tcBorders>
              <w:top w:val="single" w:sz="4" w:space="0" w:color="C9C7D6"/>
              <w:left w:val="single" w:sz="22" w:space="0" w:color="33247D"/>
              <w:bottom w:val="single" w:sz="4" w:space="0" w:color="C9C7D6"/>
              <w:right w:val="single" w:sz="4" w:space="0" w:color="C9C7D6"/>
            </w:tcBorders>
            <w:shd w:val="clear" w:color="auto" w:fill="ECEAF5"/>
            <w:tcMar>
              <w:top w:w="120" w:type="dxa"/>
              <w:left w:w="170" w:type="dxa"/>
              <w:bottom w:w="120" w:type="dxa"/>
              <w:right w:w="170" w:type="dxa"/>
            </w:tcMar>
          </w:tcPr>
          <w:p w14:paraId="2E2FE400" w14:textId="77777777" w:rsidR="00A63AEC" w:rsidRDefault="00CA65A9">
            <w:pPr>
              <w:keepNext/>
              <w:spacing w:after="0"/>
            </w:pPr>
            <w:r>
              <w:rPr>
                <w:b/>
              </w:rPr>
              <w:t xml:space="preserve">List of up to 3 possible PhD Projects/Supervisors in order of preference: </w:t>
            </w:r>
            <w:r>
              <w:t>Please indicate whether this project is your first, second or third choice, or if you have no preference</w:t>
            </w:r>
          </w:p>
        </w:tc>
      </w:tr>
    </w:tbl>
    <w:p w14:paraId="123B1FEF" w14:textId="77777777" w:rsidR="00A63AEC" w:rsidRDefault="00A63AEC">
      <w:pPr>
        <w:spacing w:after="120" w:line="48" w:lineRule="auto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605"/>
        <w:gridCol w:w="9432"/>
      </w:tblGrid>
      <w:tr w:rsidR="00A63AEC" w14:paraId="27703E59" w14:textId="77777777">
        <w:trPr>
          <w:trHeight w:val="893"/>
        </w:trPr>
        <w:tc>
          <w:tcPr>
            <w:tcW w:w="605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0144DF48" w14:textId="77777777" w:rsidR="00A63AEC" w:rsidRDefault="00CA65A9">
            <w:pPr>
              <w:spacing w:after="0"/>
            </w:pPr>
            <w:r>
              <w:rPr>
                <w:b/>
                <w:color w:val="33247D"/>
              </w:rPr>
              <w:t>1.</w:t>
            </w:r>
          </w:p>
        </w:tc>
        <w:tc>
          <w:tcPr>
            <w:tcW w:w="9432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4A367D43" w14:textId="77777777" w:rsidR="00A63AEC" w:rsidRDefault="0020304F">
            <w:pPr>
              <w:spacing w:after="0"/>
            </w:pPr>
            <w:sdt>
              <w:sdtPr>
                <w:alias w:val="Project/supervisor preference 1"/>
                <w:tag w:val="project_1"/>
                <w:id w:val="1482491095"/>
                <w:showingPlcHdr/>
                <w:text w:multiLine="1"/>
              </w:sdtPr>
              <w:sdtEndPr/>
              <w:sdtContent>
                <w:r w:rsidR="00CA65A9"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</w:tc>
      </w:tr>
    </w:tbl>
    <w:p w14:paraId="18149475" w14:textId="77777777" w:rsidR="00A63AEC" w:rsidRDefault="00A63AEC">
      <w:pPr>
        <w:spacing w:after="40" w:line="48" w:lineRule="auto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605"/>
        <w:gridCol w:w="9432"/>
      </w:tblGrid>
      <w:tr w:rsidR="00A63AEC" w14:paraId="67062F36" w14:textId="77777777">
        <w:trPr>
          <w:trHeight w:val="893"/>
        </w:trPr>
        <w:tc>
          <w:tcPr>
            <w:tcW w:w="605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689001DA" w14:textId="77777777" w:rsidR="00A63AEC" w:rsidRDefault="00CA65A9">
            <w:pPr>
              <w:spacing w:after="0"/>
            </w:pPr>
            <w:r>
              <w:rPr>
                <w:b/>
                <w:color w:val="33247D"/>
              </w:rPr>
              <w:t>2.</w:t>
            </w:r>
          </w:p>
        </w:tc>
        <w:tc>
          <w:tcPr>
            <w:tcW w:w="9432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7A3EE9F" w14:textId="77777777" w:rsidR="00A63AEC" w:rsidRDefault="0020304F">
            <w:pPr>
              <w:spacing w:after="0"/>
            </w:pPr>
            <w:sdt>
              <w:sdtPr>
                <w:alias w:val="Project/supervisor preference 2"/>
                <w:tag w:val="project_2"/>
                <w:id w:val="544933606"/>
                <w:showingPlcHdr/>
                <w:text w:multiLine="1"/>
              </w:sdtPr>
              <w:sdtEndPr/>
              <w:sdtContent>
                <w:r w:rsidR="00CA65A9"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</w:tc>
      </w:tr>
    </w:tbl>
    <w:p w14:paraId="734E28B8" w14:textId="77777777" w:rsidR="00A63AEC" w:rsidRDefault="00A63AEC">
      <w:pPr>
        <w:spacing w:after="40" w:line="48" w:lineRule="auto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605"/>
        <w:gridCol w:w="9432"/>
      </w:tblGrid>
      <w:tr w:rsidR="00A63AEC" w14:paraId="6EEB1BC3" w14:textId="77777777">
        <w:trPr>
          <w:trHeight w:val="893"/>
        </w:trPr>
        <w:tc>
          <w:tcPr>
            <w:tcW w:w="605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87D0F96" w14:textId="77777777" w:rsidR="00A63AEC" w:rsidRDefault="00CA65A9">
            <w:pPr>
              <w:spacing w:after="0"/>
            </w:pPr>
            <w:r>
              <w:rPr>
                <w:b/>
                <w:color w:val="33247D"/>
              </w:rPr>
              <w:t>3.</w:t>
            </w:r>
          </w:p>
        </w:tc>
        <w:tc>
          <w:tcPr>
            <w:tcW w:w="9432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0CBA0F9" w14:textId="77777777" w:rsidR="00A63AEC" w:rsidRDefault="0020304F">
            <w:pPr>
              <w:spacing w:after="0"/>
            </w:pPr>
            <w:sdt>
              <w:sdtPr>
                <w:alias w:val="Project/supervisor preference 3"/>
                <w:tag w:val="project_3"/>
                <w:id w:val="2092152038"/>
                <w:showingPlcHdr/>
                <w:text w:multiLine="1"/>
              </w:sdtPr>
              <w:sdtEndPr/>
              <w:sdtContent>
                <w:r w:rsidR="00CA65A9"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</w:tc>
      </w:tr>
    </w:tbl>
    <w:p w14:paraId="4C950798" w14:textId="77777777" w:rsidR="00A63AEC" w:rsidRDefault="00CA65A9">
      <w:r>
        <w:br w:type="page"/>
      </w:r>
    </w:p>
    <w:tbl>
      <w:tblPr>
        <w:tblW w:w="10037" w:type="dxa"/>
        <w:tblLayout w:type="fixed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4461"/>
        <w:gridCol w:w="5409"/>
        <w:gridCol w:w="167"/>
      </w:tblGrid>
      <w:tr w:rsidR="00A63AEC" w14:paraId="42EC847D" w14:textId="77777777" w:rsidTr="00CC476C">
        <w:trPr>
          <w:trHeight w:val="1134"/>
        </w:trPr>
        <w:tc>
          <w:tcPr>
            <w:tcW w:w="4536" w:type="dxa"/>
            <w:tcBorders>
              <w:bottom w:val="single" w:sz="8" w:space="2" w:color="33247D"/>
            </w:tcBorders>
            <w:tcMar>
              <w:top w:w="0" w:type="dxa"/>
              <w:left w:w="0" w:type="dxa"/>
              <w:bottom w:w="35" w:type="dxa"/>
              <w:right w:w="0" w:type="dxa"/>
            </w:tcMar>
            <w:vAlign w:val="center"/>
          </w:tcPr>
          <w:p w14:paraId="0C512086" w14:textId="77777777" w:rsidR="00A63AEC" w:rsidRDefault="00CA65A9">
            <w:pPr>
              <w:spacing w:after="0"/>
            </w:pPr>
            <w:r>
              <w:rPr>
                <w:noProof/>
              </w:rPr>
              <w:lastRenderedPageBreak/>
              <w:drawing>
                <wp:inline distT="0" distB="0" distL="0" distR="0" wp14:anchorId="6113511A" wp14:editId="3D1B3AF9">
                  <wp:extent cx="2057400" cy="410675"/>
                  <wp:effectExtent l="0" t="0" r="0" b="0"/>
                  <wp:docPr id="3" name="Picture 3" descr="University of Cambridge logo" title="University of Cambridg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41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gridSpan w:val="2"/>
            <w:tcBorders>
              <w:bottom w:val="single" w:sz="8" w:space="2" w:color="33247D"/>
            </w:tcBorders>
            <w:tcMar>
              <w:top w:w="0" w:type="dxa"/>
              <w:left w:w="0" w:type="dxa"/>
              <w:bottom w:w="35" w:type="dxa"/>
              <w:right w:w="0" w:type="dxa"/>
            </w:tcMar>
            <w:vAlign w:val="center"/>
          </w:tcPr>
          <w:p w14:paraId="1F59610A" w14:textId="77777777" w:rsidR="00A63AEC" w:rsidRDefault="00CA65A9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58B224D8" wp14:editId="453C49C3">
                  <wp:extent cx="2423160" cy="519248"/>
                  <wp:effectExtent l="0" t="0" r="0" b="0"/>
                  <wp:docPr id="4" name="Picture 4" descr="Loke Centre for Trophoblast Research logo" title="Loke Centre for Trophoblast Research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1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AEC" w14:paraId="4BF1C11E" w14:textId="77777777" w:rsidTr="00CC476C">
        <w:trPr>
          <w:gridAfter w:val="1"/>
          <w:wAfter w:w="170" w:type="dxa"/>
        </w:trPr>
        <w:tc>
          <w:tcPr>
            <w:tcW w:w="10037" w:type="dxa"/>
            <w:gridSpan w:val="2"/>
            <w:tcBorders>
              <w:top w:val="single" w:sz="4" w:space="0" w:color="C9C7D6"/>
              <w:left w:val="single" w:sz="22" w:space="0" w:color="33247D"/>
              <w:bottom w:val="single" w:sz="4" w:space="0" w:color="C9C7D6"/>
              <w:right w:val="single" w:sz="4" w:space="0" w:color="C9C7D6"/>
            </w:tcBorders>
            <w:shd w:val="clear" w:color="auto" w:fill="ECEAF5"/>
            <w:tcMar>
              <w:top w:w="120" w:type="dxa"/>
              <w:left w:w="170" w:type="dxa"/>
              <w:bottom w:w="120" w:type="dxa"/>
              <w:right w:w="170" w:type="dxa"/>
            </w:tcMar>
          </w:tcPr>
          <w:p w14:paraId="06A390AC" w14:textId="77777777" w:rsidR="00A63AEC" w:rsidRDefault="00CA65A9">
            <w:pPr>
              <w:keepNext/>
              <w:spacing w:after="0"/>
            </w:pPr>
            <w:r>
              <w:rPr>
                <w:b/>
              </w:rPr>
              <w:t xml:space="preserve">Personal statement/Statement of Interest: </w:t>
            </w:r>
            <w:r>
              <w:t>What interests you as a scientist? What would you like to accomplish in this PhD and what are your long-term career goals? Why have you chosen this project/supervisor(s)? 500-word limit</w:t>
            </w:r>
          </w:p>
        </w:tc>
      </w:tr>
    </w:tbl>
    <w:p w14:paraId="148A834D" w14:textId="77777777" w:rsidR="00A63AEC" w:rsidRDefault="00A63AEC">
      <w:pPr>
        <w:spacing w:after="120" w:line="48" w:lineRule="auto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10037"/>
      </w:tblGrid>
      <w:tr w:rsidR="00A63AEC" w14:paraId="3043657B" w14:textId="77777777">
        <w:trPr>
          <w:trHeight w:val="10440"/>
        </w:trPr>
        <w:tc>
          <w:tcPr>
            <w:tcW w:w="10037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20DBEDED" w14:textId="77777777" w:rsidR="00A63AEC" w:rsidRDefault="0020304F">
            <w:pPr>
              <w:spacing w:after="0"/>
            </w:pPr>
            <w:sdt>
              <w:sdtPr>
                <w:alias w:val="Personal statement / Statement of Interest"/>
                <w:tag w:val="personal_statement"/>
                <w:id w:val="1520771778"/>
                <w:showingPlcHdr/>
                <w:text w:multiLine="1"/>
              </w:sdtPr>
              <w:sdtEndPr/>
              <w:sdtContent>
                <w:r w:rsidR="00CA65A9"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</w:tc>
      </w:tr>
    </w:tbl>
    <w:p w14:paraId="2498E4FF" w14:textId="77777777" w:rsidR="00A63AEC" w:rsidRDefault="00CA65A9">
      <w:r>
        <w:br w:type="page"/>
      </w: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4461"/>
        <w:gridCol w:w="5409"/>
        <w:gridCol w:w="167"/>
      </w:tblGrid>
      <w:tr w:rsidR="00A63AEC" w14:paraId="79DEF3A8" w14:textId="77777777" w:rsidTr="005F4BE9">
        <w:trPr>
          <w:trHeight w:val="1134"/>
        </w:trPr>
        <w:tc>
          <w:tcPr>
            <w:tcW w:w="4536" w:type="dxa"/>
            <w:tcBorders>
              <w:bottom w:val="single" w:sz="8" w:space="2" w:color="33247D"/>
            </w:tcBorders>
            <w:tcMar>
              <w:top w:w="0" w:type="dxa"/>
              <w:left w:w="0" w:type="dxa"/>
              <w:bottom w:w="35" w:type="dxa"/>
              <w:right w:w="0" w:type="dxa"/>
            </w:tcMar>
            <w:vAlign w:val="center"/>
          </w:tcPr>
          <w:p w14:paraId="1895BECA" w14:textId="77777777" w:rsidR="00A63AEC" w:rsidRDefault="00CA65A9">
            <w:pPr>
              <w:spacing w:after="0"/>
            </w:pPr>
            <w:r>
              <w:rPr>
                <w:noProof/>
              </w:rPr>
              <w:lastRenderedPageBreak/>
              <w:drawing>
                <wp:inline distT="0" distB="0" distL="0" distR="0" wp14:anchorId="34E688C5" wp14:editId="0B19B99F">
                  <wp:extent cx="2057400" cy="410675"/>
                  <wp:effectExtent l="0" t="0" r="0" b="0"/>
                  <wp:docPr id="5" name="Picture 5" descr="University of Cambridge logo" title="University of Cambridg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41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gridSpan w:val="2"/>
            <w:tcBorders>
              <w:bottom w:val="single" w:sz="8" w:space="2" w:color="33247D"/>
            </w:tcBorders>
            <w:tcMar>
              <w:top w:w="0" w:type="dxa"/>
              <w:left w:w="0" w:type="dxa"/>
              <w:bottom w:w="35" w:type="dxa"/>
              <w:right w:w="0" w:type="dxa"/>
            </w:tcMar>
            <w:vAlign w:val="center"/>
          </w:tcPr>
          <w:p w14:paraId="43C50F0B" w14:textId="77777777" w:rsidR="00A63AEC" w:rsidRDefault="00CA65A9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74F2CA3F" wp14:editId="2145C9A6">
                  <wp:extent cx="2423160" cy="519248"/>
                  <wp:effectExtent l="0" t="0" r="0" b="0"/>
                  <wp:docPr id="6" name="Picture 6" descr="Loke Centre for Trophoblast Research logo" title="Loke Centre for Trophoblast Research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1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AEC" w14:paraId="37D9C1C5" w14:textId="77777777">
        <w:trPr>
          <w:gridAfter w:val="1"/>
          <w:wAfter w:w="170" w:type="dxa"/>
        </w:trPr>
        <w:tc>
          <w:tcPr>
            <w:tcW w:w="10037" w:type="dxa"/>
            <w:gridSpan w:val="2"/>
            <w:tcBorders>
              <w:top w:val="single" w:sz="4" w:space="0" w:color="C9C7D6"/>
              <w:left w:val="single" w:sz="22" w:space="0" w:color="33247D"/>
              <w:bottom w:val="single" w:sz="4" w:space="0" w:color="C9C7D6"/>
              <w:right w:val="single" w:sz="4" w:space="0" w:color="C9C7D6"/>
            </w:tcBorders>
            <w:shd w:val="clear" w:color="auto" w:fill="ECEAF5"/>
            <w:tcMar>
              <w:top w:w="120" w:type="dxa"/>
              <w:left w:w="170" w:type="dxa"/>
              <w:bottom w:w="120" w:type="dxa"/>
              <w:right w:w="170" w:type="dxa"/>
            </w:tcMar>
          </w:tcPr>
          <w:p w14:paraId="79366BFD" w14:textId="77777777" w:rsidR="00A63AEC" w:rsidRDefault="00CA65A9">
            <w:pPr>
              <w:keepNext/>
              <w:spacing w:after="0"/>
            </w:pPr>
            <w:r>
              <w:rPr>
                <w:b/>
              </w:rPr>
              <w:t xml:space="preserve">List of research experience: </w:t>
            </w:r>
            <w:r>
              <w:t>Please include a list of any relevant research experience, lab-based courses, or other relevant activities. For each entry, please include host organisation, supervisor(s)/manager(s), country, start and end dates, and role and up to a 200-word description of the experience listed.</w:t>
            </w:r>
          </w:p>
        </w:tc>
      </w:tr>
    </w:tbl>
    <w:p w14:paraId="37EB7BF5" w14:textId="77777777" w:rsidR="00A63AEC" w:rsidRDefault="00A63AEC">
      <w:pPr>
        <w:spacing w:after="120" w:line="48" w:lineRule="auto"/>
      </w:pPr>
    </w:p>
    <w:tbl>
      <w:tblPr>
        <w:tblW w:w="9773" w:type="dxa"/>
        <w:tblLayout w:type="fixed"/>
        <w:tblLook w:val="04A0" w:firstRow="1" w:lastRow="0" w:firstColumn="1" w:lastColumn="0" w:noHBand="0" w:noVBand="1"/>
      </w:tblPr>
      <w:tblGrid>
        <w:gridCol w:w="9773"/>
      </w:tblGrid>
      <w:tr w:rsidR="0070037B" w14:paraId="3CE6086A" w14:textId="77777777" w:rsidTr="006A2B31">
        <w:trPr>
          <w:trHeight w:val="10141"/>
        </w:trPr>
        <w:tc>
          <w:tcPr>
            <w:tcW w:w="9773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5C83872F" w14:textId="134EBBB3" w:rsidR="0070037B" w:rsidRDefault="0070037B">
            <w:pPr>
              <w:spacing w:after="0"/>
            </w:pPr>
          </w:p>
        </w:tc>
      </w:tr>
    </w:tbl>
    <w:p w14:paraId="5FDDAB63" w14:textId="77777777" w:rsidR="00A63AEC" w:rsidRDefault="00CA65A9">
      <w:r>
        <w:br w:type="page"/>
      </w: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4461"/>
        <w:gridCol w:w="5409"/>
        <w:gridCol w:w="167"/>
      </w:tblGrid>
      <w:tr w:rsidR="00A63AEC" w14:paraId="35476C66" w14:textId="77777777" w:rsidTr="005F4BE9">
        <w:trPr>
          <w:trHeight w:val="1134"/>
        </w:trPr>
        <w:tc>
          <w:tcPr>
            <w:tcW w:w="4536" w:type="dxa"/>
            <w:tcBorders>
              <w:bottom w:val="single" w:sz="8" w:space="2" w:color="33247D"/>
            </w:tcBorders>
            <w:tcMar>
              <w:top w:w="0" w:type="dxa"/>
              <w:left w:w="0" w:type="dxa"/>
              <w:bottom w:w="35" w:type="dxa"/>
              <w:right w:w="0" w:type="dxa"/>
            </w:tcMar>
            <w:vAlign w:val="center"/>
          </w:tcPr>
          <w:p w14:paraId="5604EFD9" w14:textId="77777777" w:rsidR="00A63AEC" w:rsidRDefault="00CA65A9">
            <w:pPr>
              <w:spacing w:after="0"/>
            </w:pPr>
            <w:r>
              <w:rPr>
                <w:noProof/>
              </w:rPr>
              <w:lastRenderedPageBreak/>
              <w:drawing>
                <wp:inline distT="0" distB="0" distL="0" distR="0" wp14:anchorId="0D55BB67" wp14:editId="2D030695">
                  <wp:extent cx="2057400" cy="410675"/>
                  <wp:effectExtent l="0" t="0" r="0" b="0"/>
                  <wp:docPr id="7" name="Picture 7" descr="University of Cambridge logo" title="University of Cambridg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41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gridSpan w:val="2"/>
            <w:tcBorders>
              <w:bottom w:val="single" w:sz="8" w:space="2" w:color="33247D"/>
            </w:tcBorders>
            <w:tcMar>
              <w:top w:w="0" w:type="dxa"/>
              <w:left w:w="0" w:type="dxa"/>
              <w:bottom w:w="35" w:type="dxa"/>
              <w:right w:w="0" w:type="dxa"/>
            </w:tcMar>
            <w:vAlign w:val="center"/>
          </w:tcPr>
          <w:p w14:paraId="16722D7A" w14:textId="77777777" w:rsidR="00A63AEC" w:rsidRDefault="00CA65A9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68204364" wp14:editId="38C6352F">
                  <wp:extent cx="2423160" cy="519248"/>
                  <wp:effectExtent l="0" t="0" r="0" b="0"/>
                  <wp:docPr id="8" name="Picture 8" descr="Loke Centre for Trophoblast Research logo" title="Loke Centre for Trophoblast Research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1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AEC" w14:paraId="4549089B" w14:textId="77777777">
        <w:trPr>
          <w:gridAfter w:val="1"/>
          <w:wAfter w:w="170" w:type="dxa"/>
        </w:trPr>
        <w:tc>
          <w:tcPr>
            <w:tcW w:w="10037" w:type="dxa"/>
            <w:gridSpan w:val="2"/>
            <w:tcBorders>
              <w:top w:val="single" w:sz="4" w:space="0" w:color="C9C7D6"/>
              <w:left w:val="single" w:sz="22" w:space="0" w:color="33247D"/>
              <w:bottom w:val="single" w:sz="4" w:space="0" w:color="C9C7D6"/>
              <w:right w:val="single" w:sz="4" w:space="0" w:color="C9C7D6"/>
            </w:tcBorders>
            <w:shd w:val="clear" w:color="auto" w:fill="ECEAF5"/>
            <w:tcMar>
              <w:top w:w="120" w:type="dxa"/>
              <w:left w:w="170" w:type="dxa"/>
              <w:bottom w:w="120" w:type="dxa"/>
              <w:right w:w="170" w:type="dxa"/>
            </w:tcMar>
          </w:tcPr>
          <w:p w14:paraId="10165F0C" w14:textId="0B346791" w:rsidR="00A63AEC" w:rsidRDefault="00CA65A9">
            <w:pPr>
              <w:keepNext/>
              <w:spacing w:after="0"/>
            </w:pPr>
            <w:r>
              <w:rPr>
                <w:b/>
              </w:rPr>
              <w:t xml:space="preserve">Please list two to three academic references </w:t>
            </w:r>
            <w:r>
              <w:t>Please provide name, title, email, and a phone number to contact each reference. Please direct your references to submit a letter to our online submission portal by 3 November 2026:</w:t>
            </w:r>
            <w:r w:rsidR="006A2B31">
              <w:t xml:space="preserve"> </w:t>
            </w:r>
            <w:hyperlink r:id="rId11">
              <w:r w:rsidR="006A2B31" w:rsidRPr="006A2B31">
                <w:rPr>
                  <w:b/>
                  <w:bCs/>
                  <w:color w:val="33247D"/>
                  <w:u w:val="single"/>
                </w:rPr>
                <w:t>https://cambridge.eu.qualtrics.com/jfe/form/SV_4ZAntGHJPiOmikm</w:t>
              </w:r>
            </w:hyperlink>
          </w:p>
        </w:tc>
      </w:tr>
    </w:tbl>
    <w:p w14:paraId="1DDBF375" w14:textId="77777777" w:rsidR="00A63AEC" w:rsidRDefault="00A63AEC">
      <w:pPr>
        <w:spacing w:after="60" w:line="48" w:lineRule="auto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605"/>
        <w:gridCol w:w="9432"/>
      </w:tblGrid>
      <w:tr w:rsidR="00A63AEC" w14:paraId="0B4247C7" w14:textId="77777777">
        <w:trPr>
          <w:trHeight w:val="1699"/>
        </w:trPr>
        <w:tc>
          <w:tcPr>
            <w:tcW w:w="605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7279965" w14:textId="77777777" w:rsidR="00A63AEC" w:rsidRDefault="00CA65A9">
            <w:pPr>
              <w:spacing w:after="0"/>
            </w:pPr>
            <w:r>
              <w:rPr>
                <w:b/>
                <w:color w:val="33247D"/>
              </w:rPr>
              <w:t>1.</w:t>
            </w:r>
          </w:p>
        </w:tc>
        <w:tc>
          <w:tcPr>
            <w:tcW w:w="9432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653480D2" w14:textId="77777777" w:rsidR="00A63AEC" w:rsidRDefault="0020304F">
            <w:pPr>
              <w:spacing w:after="0"/>
            </w:pPr>
            <w:sdt>
              <w:sdtPr>
                <w:alias w:val="Academic reference 1"/>
                <w:tag w:val="reference_1"/>
                <w:id w:val="1982442429"/>
                <w:showingPlcHdr/>
                <w:text w:multiLine="1"/>
              </w:sdtPr>
              <w:sdtEndPr/>
              <w:sdtContent>
                <w:r w:rsidR="00CA65A9"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  <w:p w14:paraId="2A3EDCEB" w14:textId="77777777" w:rsidR="00A63AEC" w:rsidRDefault="00CA65A9">
            <w:pPr>
              <w:spacing w:after="0" w:line="240" w:lineRule="auto"/>
            </w:pPr>
            <w:r>
              <w:t> </w:t>
            </w:r>
          </w:p>
          <w:p w14:paraId="48ADFB09" w14:textId="77777777" w:rsidR="00A63AEC" w:rsidRDefault="00CA65A9">
            <w:pPr>
              <w:spacing w:after="0" w:line="240" w:lineRule="auto"/>
            </w:pPr>
            <w:r>
              <w:t> </w:t>
            </w:r>
          </w:p>
          <w:p w14:paraId="5584760A" w14:textId="77777777" w:rsidR="00A63AEC" w:rsidRDefault="00CA65A9">
            <w:pPr>
              <w:spacing w:after="0" w:line="240" w:lineRule="auto"/>
            </w:pPr>
            <w:r>
              <w:t> </w:t>
            </w:r>
          </w:p>
          <w:p w14:paraId="55B13B71" w14:textId="77777777" w:rsidR="00A63AEC" w:rsidRDefault="00CA65A9">
            <w:pPr>
              <w:spacing w:after="0" w:line="240" w:lineRule="auto"/>
            </w:pPr>
            <w:r>
              <w:t> </w:t>
            </w:r>
          </w:p>
        </w:tc>
      </w:tr>
    </w:tbl>
    <w:p w14:paraId="08C85C16" w14:textId="77777777" w:rsidR="00A63AEC" w:rsidRDefault="00A63AEC">
      <w:pPr>
        <w:spacing w:after="60" w:line="48" w:lineRule="auto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605"/>
        <w:gridCol w:w="9432"/>
      </w:tblGrid>
      <w:tr w:rsidR="00A63AEC" w14:paraId="190A97F5" w14:textId="77777777">
        <w:trPr>
          <w:trHeight w:val="1699"/>
        </w:trPr>
        <w:tc>
          <w:tcPr>
            <w:tcW w:w="605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098173B7" w14:textId="77777777" w:rsidR="00A63AEC" w:rsidRDefault="00CA65A9">
            <w:pPr>
              <w:spacing w:after="0"/>
            </w:pPr>
            <w:r>
              <w:rPr>
                <w:b/>
                <w:color w:val="33247D"/>
              </w:rPr>
              <w:t>2.</w:t>
            </w:r>
          </w:p>
        </w:tc>
        <w:tc>
          <w:tcPr>
            <w:tcW w:w="9432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4640DE0A" w14:textId="77777777" w:rsidR="00A63AEC" w:rsidRDefault="0020304F">
            <w:pPr>
              <w:spacing w:after="0"/>
            </w:pPr>
            <w:sdt>
              <w:sdtPr>
                <w:alias w:val="Academic reference 2"/>
                <w:tag w:val="reference_2"/>
                <w:id w:val="1323845457"/>
                <w:showingPlcHdr/>
                <w:text w:multiLine="1"/>
              </w:sdtPr>
              <w:sdtEndPr/>
              <w:sdtContent>
                <w:r w:rsidR="00CA65A9"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  <w:p w14:paraId="41930611" w14:textId="77777777" w:rsidR="00A63AEC" w:rsidRDefault="00CA65A9">
            <w:pPr>
              <w:spacing w:after="0" w:line="240" w:lineRule="auto"/>
            </w:pPr>
            <w:r>
              <w:t> </w:t>
            </w:r>
          </w:p>
          <w:p w14:paraId="405C8B40" w14:textId="77777777" w:rsidR="00A63AEC" w:rsidRDefault="00CA65A9">
            <w:pPr>
              <w:spacing w:after="0" w:line="240" w:lineRule="auto"/>
            </w:pPr>
            <w:r>
              <w:t> </w:t>
            </w:r>
          </w:p>
          <w:p w14:paraId="3956DE42" w14:textId="77777777" w:rsidR="00A63AEC" w:rsidRDefault="00CA65A9">
            <w:pPr>
              <w:spacing w:after="0" w:line="240" w:lineRule="auto"/>
            </w:pPr>
            <w:r>
              <w:t> </w:t>
            </w:r>
          </w:p>
          <w:p w14:paraId="549952CE" w14:textId="77777777" w:rsidR="00A63AEC" w:rsidRDefault="00CA65A9">
            <w:pPr>
              <w:spacing w:after="0" w:line="240" w:lineRule="auto"/>
            </w:pPr>
            <w:r>
              <w:t> </w:t>
            </w:r>
          </w:p>
        </w:tc>
      </w:tr>
    </w:tbl>
    <w:p w14:paraId="467453CA" w14:textId="77777777" w:rsidR="00A63AEC" w:rsidRDefault="00A63AEC">
      <w:pPr>
        <w:spacing w:after="60" w:line="48" w:lineRule="auto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605"/>
        <w:gridCol w:w="9432"/>
      </w:tblGrid>
      <w:tr w:rsidR="00A63AEC" w14:paraId="24C3F522" w14:textId="77777777">
        <w:trPr>
          <w:trHeight w:val="1699"/>
        </w:trPr>
        <w:tc>
          <w:tcPr>
            <w:tcW w:w="605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7BF58A7" w14:textId="77777777" w:rsidR="00A63AEC" w:rsidRDefault="00CA65A9">
            <w:pPr>
              <w:spacing w:after="0"/>
            </w:pPr>
            <w:r>
              <w:rPr>
                <w:b/>
                <w:color w:val="33247D"/>
              </w:rPr>
              <w:t>3.</w:t>
            </w:r>
          </w:p>
        </w:tc>
        <w:tc>
          <w:tcPr>
            <w:tcW w:w="9432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02B8EA92" w14:textId="77777777" w:rsidR="00A63AEC" w:rsidRDefault="0020304F">
            <w:pPr>
              <w:spacing w:after="0"/>
            </w:pPr>
            <w:sdt>
              <w:sdtPr>
                <w:alias w:val="Academic reference 3"/>
                <w:tag w:val="reference_3"/>
                <w:id w:val="1429834250"/>
                <w:showingPlcHdr/>
                <w:text w:multiLine="1"/>
              </w:sdtPr>
              <w:sdtEndPr/>
              <w:sdtContent>
                <w:r w:rsidR="00CA65A9"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  <w:p w14:paraId="0B0B85BC" w14:textId="77777777" w:rsidR="00A63AEC" w:rsidRDefault="00CA65A9">
            <w:pPr>
              <w:spacing w:after="0" w:line="240" w:lineRule="auto"/>
            </w:pPr>
            <w:r>
              <w:t> </w:t>
            </w:r>
          </w:p>
          <w:p w14:paraId="54163498" w14:textId="77777777" w:rsidR="00A63AEC" w:rsidRDefault="00CA65A9">
            <w:pPr>
              <w:spacing w:after="0" w:line="240" w:lineRule="auto"/>
            </w:pPr>
            <w:r>
              <w:t> </w:t>
            </w:r>
          </w:p>
          <w:p w14:paraId="72EC9DFF" w14:textId="77777777" w:rsidR="00A63AEC" w:rsidRDefault="00CA65A9">
            <w:pPr>
              <w:spacing w:after="0" w:line="240" w:lineRule="auto"/>
            </w:pPr>
            <w:r>
              <w:t> </w:t>
            </w:r>
          </w:p>
          <w:p w14:paraId="7A763B0A" w14:textId="77777777" w:rsidR="00A63AEC" w:rsidRDefault="00CA65A9">
            <w:pPr>
              <w:spacing w:after="0" w:line="240" w:lineRule="auto"/>
            </w:pPr>
            <w:r>
              <w:t> </w:t>
            </w:r>
          </w:p>
        </w:tc>
      </w:tr>
    </w:tbl>
    <w:p w14:paraId="0C9FCEA1" w14:textId="77777777" w:rsidR="00A63AEC" w:rsidRDefault="00A63AEC">
      <w:pPr>
        <w:spacing w:after="20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10037"/>
      </w:tblGrid>
      <w:tr w:rsidR="00A63AEC" w14:paraId="064AD0B5" w14:textId="77777777">
        <w:tc>
          <w:tcPr>
            <w:tcW w:w="10037" w:type="dxa"/>
            <w:shd w:val="clear" w:color="auto" w:fill="33247D"/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69C6AF95" w14:textId="77777777" w:rsidR="00A63AEC" w:rsidRDefault="00CA65A9">
            <w:pPr>
              <w:spacing w:after="0"/>
              <w:jc w:val="center"/>
            </w:pPr>
            <w:r>
              <w:rPr>
                <w:b/>
                <w:color w:val="FFFFFF"/>
              </w:rPr>
              <w:t>Please submit this form and all other application materials to phd.lokectr@pdn.cam.ac.uk by 23:59 GMT on 3 November 2026.</w:t>
            </w:r>
          </w:p>
        </w:tc>
      </w:tr>
    </w:tbl>
    <w:p w14:paraId="7F35609B" w14:textId="77777777" w:rsidR="00CA65A9" w:rsidRDefault="00CA65A9"/>
    <w:sectPr w:rsidR="00CA65A9" w:rsidSect="00034616">
      <w:pgSz w:w="11906" w:h="16838"/>
      <w:pgMar w:top="792" w:right="936" w:bottom="792" w:left="936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Feijoa Bold-Cambridge">
    <w:panose1 w:val="02000500000000020003"/>
    <w:charset w:val="00"/>
    <w:family w:val="modern"/>
    <w:notTrueType/>
    <w:pitch w:val="variable"/>
    <w:sig w:usb0="00000007" w:usb1="00000001" w:usb2="00000000" w:usb3="00000000" w:csb0="00000093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2715008">
    <w:abstractNumId w:val="8"/>
  </w:num>
  <w:num w:numId="2" w16cid:durableId="1014645940">
    <w:abstractNumId w:val="6"/>
  </w:num>
  <w:num w:numId="3" w16cid:durableId="183828753">
    <w:abstractNumId w:val="5"/>
  </w:num>
  <w:num w:numId="4" w16cid:durableId="2901859">
    <w:abstractNumId w:val="4"/>
  </w:num>
  <w:num w:numId="5" w16cid:durableId="747848430">
    <w:abstractNumId w:val="7"/>
  </w:num>
  <w:num w:numId="6" w16cid:durableId="1944872939">
    <w:abstractNumId w:val="3"/>
  </w:num>
  <w:num w:numId="7" w16cid:durableId="1212769846">
    <w:abstractNumId w:val="2"/>
  </w:num>
  <w:num w:numId="8" w16cid:durableId="678968714">
    <w:abstractNumId w:val="1"/>
  </w:num>
  <w:num w:numId="9" w16cid:durableId="1780638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682A"/>
    <w:rsid w:val="0015074B"/>
    <w:rsid w:val="0029639D"/>
    <w:rsid w:val="002A1E78"/>
    <w:rsid w:val="00326F90"/>
    <w:rsid w:val="005312B8"/>
    <w:rsid w:val="005F4BE9"/>
    <w:rsid w:val="006A2B31"/>
    <w:rsid w:val="0070037B"/>
    <w:rsid w:val="00A63AEC"/>
    <w:rsid w:val="00AA1D8D"/>
    <w:rsid w:val="00B47730"/>
    <w:rsid w:val="00BB2C25"/>
    <w:rsid w:val="00BE4CC1"/>
    <w:rsid w:val="00CA65A9"/>
    <w:rsid w:val="00CB0664"/>
    <w:rsid w:val="00CC476C"/>
    <w:rsid w:val="00E650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658049"/>
  <w14:defaultImageDpi w14:val="300"/>
  <w15:docId w15:val="{0A56A577-DEFC-4C86-AB67-A562F18F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33247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33247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mbridge.eu.qualtrics.com/jfe/form/SV_4ZAntGHJPiOmikm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39D67E2FF284896D309BE38D9D4C3" ma:contentTypeVersion="13" ma:contentTypeDescription="Create a new document." ma:contentTypeScope="" ma:versionID="de5a9a81250990de81a75ee1a13faadc">
  <xsd:schema xmlns:xsd="http://www.w3.org/2001/XMLSchema" xmlns:xs="http://www.w3.org/2001/XMLSchema" xmlns:p="http://schemas.microsoft.com/office/2006/metadata/properties" xmlns:ns2="38702db2-be81-43fc-bb5d-0542cf840c68" xmlns:ns3="1d96a04f-c252-4be6-b791-11925a5c6746" targetNamespace="http://schemas.microsoft.com/office/2006/metadata/properties" ma:root="true" ma:fieldsID="b83439e2757cb3945677042ba6a2f5f5" ns2:_="" ns3:_="">
    <xsd:import namespace="38702db2-be81-43fc-bb5d-0542cf840c68"/>
    <xsd:import namespace="1d96a04f-c252-4be6-b791-11925a5c67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02db2-be81-43fc-bb5d-0542cf840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a27f011-1a9c-4bbb-bffd-f61e666ec8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6a04f-c252-4be6-b791-11925a5c674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79c9d72-12f8-444b-bf52-b279da741d24}" ma:internalName="TaxCatchAll" ma:showField="CatchAllData" ma:web="1d96a04f-c252-4be6-b791-11925a5c67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702db2-be81-43fc-bb5d-0542cf840c68">
      <Terms xmlns="http://schemas.microsoft.com/office/infopath/2007/PartnerControls"/>
    </lcf76f155ced4ddcb4097134ff3c332f>
    <TaxCatchAll xmlns="1d96a04f-c252-4be6-b791-11925a5c674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35F286-A093-4F55-A1BA-084407791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02db2-be81-43fc-bb5d-0542cf840c68"/>
    <ds:schemaRef ds:uri="1d96a04f-c252-4be6-b791-11925a5c67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3E8AAD-C57D-4D08-823E-E45957477C4F}">
  <ds:schemaRefs>
    <ds:schemaRef ds:uri="http://schemas.microsoft.com/office/2006/metadata/properties"/>
    <ds:schemaRef ds:uri="http://schemas.microsoft.com/office/infopath/2007/PartnerControls"/>
    <ds:schemaRef ds:uri="38702db2-be81-43fc-bb5d-0542cf840c68"/>
    <ds:schemaRef ds:uri="1d96a04f-c252-4be6-b791-11925a5c6746"/>
  </ds:schemaRefs>
</ds:datastoreItem>
</file>

<file path=customXml/itemProps4.xml><?xml version="1.0" encoding="utf-8"?>
<ds:datastoreItem xmlns:ds="http://schemas.openxmlformats.org/officeDocument/2006/customXml" ds:itemID="{CA874B4F-9DB9-4040-A22F-D50048BE53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Loke Centre PhD Application Form 2026-27</dc:title>
  <dc:subject>Applicant form</dc:subject>
  <dc:creator>Loke Centre for Trophoblast Research, University of Cambridge</dc:creator>
  <cp:keywords/>
  <dc:description>generated by python-docx</dc:description>
  <cp:lastModifiedBy>Erin M. Slatery</cp:lastModifiedBy>
  <cp:revision>9</cp:revision>
  <dcterms:created xsi:type="dcterms:W3CDTF">2026-08-20T13:37:00Z</dcterms:created>
  <dcterms:modified xsi:type="dcterms:W3CDTF">2026-08-20T14:49:00Z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0x01010008F39D67E2FF284896D309BE38D9D4C3</vt:lpwstr>
  </property>
  <property fmtid="{D5CDD505-2E9C-101B-9397-08002B2CF9AE}" pid="3" name="MediaServiceImageTags">
    <vt:lpwstr/>
  </property>
</Properties>
</file>